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9670" w14:textId="6BBACDFA" w:rsidR="0081752C" w:rsidRPr="00D748F3" w:rsidRDefault="00000000" w:rsidP="0081752C">
      <w:pPr>
        <w:pStyle w:val="Tytu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KWESTIONARIUSZ OSOBOWY</w:t>
      </w:r>
    </w:p>
    <w:p w14:paraId="4EF91B11" w14:textId="4B07CACD" w:rsidR="00A40739" w:rsidRPr="00D748F3" w:rsidRDefault="00000000" w:rsidP="0081752C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 xml:space="preserve">Dotyczy naboru na stanowisko </w:t>
      </w:r>
      <w:r w:rsidR="0081752C" w:rsidRPr="00D748F3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</w:t>
      </w:r>
    </w:p>
    <w:p w14:paraId="47E730C8" w14:textId="77777777" w:rsidR="00A40739" w:rsidRPr="00D748F3" w:rsidRDefault="00000000" w:rsidP="0081752C">
      <w:pPr>
        <w:pStyle w:val="Nagwek1"/>
        <w:spacing w:line="360" w:lineRule="auto"/>
        <w:rPr>
          <w:rFonts w:ascii="Times New Roman" w:hAnsi="Times New Roman" w:cs="Times New Roman"/>
          <w:szCs w:val="24"/>
          <w:lang w:val="pl-PL"/>
        </w:rPr>
      </w:pPr>
      <w:r w:rsidRPr="00D748F3">
        <w:rPr>
          <w:rFonts w:ascii="Times New Roman" w:hAnsi="Times New Roman" w:cs="Times New Roman"/>
          <w:szCs w:val="24"/>
          <w:lang w:val="pl-PL"/>
        </w:rPr>
        <w:t>I. Dane identyfikacyjne i kontakt</w:t>
      </w:r>
    </w:p>
    <w:p w14:paraId="0B473CF4" w14:textId="77777777" w:rsidR="00A40739" w:rsidRPr="00D748F3" w:rsidRDefault="00000000" w:rsidP="0081752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1. Imię (imiona) i nazwisko:  ...............................................................................................................</w:t>
      </w:r>
    </w:p>
    <w:p w14:paraId="46FA1D61" w14:textId="77777777" w:rsidR="00A40739" w:rsidRPr="00D748F3" w:rsidRDefault="00000000" w:rsidP="0081752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2. Data urodzenia:  ...............................................................................................................</w:t>
      </w:r>
    </w:p>
    <w:p w14:paraId="0445E9AF" w14:textId="77777777" w:rsidR="00A40739" w:rsidRPr="00D748F3" w:rsidRDefault="00000000" w:rsidP="0081752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3. Dane do kontaktu wskazane przez kandydata (np. telefon lub e-mail):  ...............................................................................................................</w:t>
      </w:r>
    </w:p>
    <w:p w14:paraId="09229114" w14:textId="77777777" w:rsidR="00A40739" w:rsidRPr="00D748F3" w:rsidRDefault="00000000" w:rsidP="0081752C">
      <w:pPr>
        <w:pStyle w:val="Nagwek1"/>
        <w:spacing w:line="360" w:lineRule="auto"/>
        <w:rPr>
          <w:rFonts w:ascii="Times New Roman" w:hAnsi="Times New Roman" w:cs="Times New Roman"/>
          <w:szCs w:val="24"/>
          <w:lang w:val="pl-PL"/>
        </w:rPr>
      </w:pPr>
      <w:r w:rsidRPr="00D748F3">
        <w:rPr>
          <w:rFonts w:ascii="Times New Roman" w:hAnsi="Times New Roman" w:cs="Times New Roman"/>
          <w:szCs w:val="24"/>
          <w:lang w:val="pl-PL"/>
        </w:rPr>
        <w:t>II. Wykształcenie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A40739" w:rsidRPr="00D748F3" w14:paraId="2845D684" w14:textId="77777777">
        <w:trPr>
          <w:jc w:val="center"/>
        </w:trPr>
        <w:tc>
          <w:tcPr>
            <w:tcW w:w="3118" w:type="dxa"/>
            <w:shd w:val="clear" w:color="auto" w:fill="F2F5F8"/>
          </w:tcPr>
          <w:p w14:paraId="0E247014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Szkoła / uczelnia</w:t>
            </w:r>
          </w:p>
        </w:tc>
        <w:tc>
          <w:tcPr>
            <w:tcW w:w="3118" w:type="dxa"/>
            <w:shd w:val="clear" w:color="auto" w:fill="F2F5F8"/>
          </w:tcPr>
          <w:p w14:paraId="26EC7181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Kierunek / specjalność</w:t>
            </w:r>
          </w:p>
        </w:tc>
        <w:tc>
          <w:tcPr>
            <w:tcW w:w="3118" w:type="dxa"/>
            <w:shd w:val="clear" w:color="auto" w:fill="F2F5F8"/>
          </w:tcPr>
          <w:p w14:paraId="57CB2B38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Poziom / tytuł, rok ukończenia</w:t>
            </w:r>
          </w:p>
        </w:tc>
      </w:tr>
      <w:tr w:rsidR="00A40739" w:rsidRPr="00D748F3" w14:paraId="74D0EB3A" w14:textId="77777777">
        <w:trPr>
          <w:jc w:val="center"/>
        </w:trPr>
        <w:tc>
          <w:tcPr>
            <w:tcW w:w="3118" w:type="dxa"/>
            <w:vAlign w:val="center"/>
          </w:tcPr>
          <w:p w14:paraId="1A435142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3118" w:type="dxa"/>
            <w:vAlign w:val="center"/>
          </w:tcPr>
          <w:p w14:paraId="23911982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3118" w:type="dxa"/>
            <w:vAlign w:val="center"/>
          </w:tcPr>
          <w:p w14:paraId="108C637A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0DDCFAD9" w14:textId="77777777" w:rsidR="00A40739" w:rsidRPr="00D748F3" w:rsidRDefault="00000000" w:rsidP="0081752C">
      <w:pPr>
        <w:pStyle w:val="Nagwek1"/>
        <w:spacing w:line="360" w:lineRule="auto"/>
        <w:rPr>
          <w:rFonts w:ascii="Times New Roman" w:hAnsi="Times New Roman" w:cs="Times New Roman"/>
          <w:szCs w:val="24"/>
          <w:lang w:val="pl-PL"/>
        </w:rPr>
      </w:pPr>
      <w:r w:rsidRPr="00D748F3">
        <w:rPr>
          <w:rFonts w:ascii="Times New Roman" w:hAnsi="Times New Roman" w:cs="Times New Roman"/>
          <w:szCs w:val="24"/>
          <w:lang w:val="pl-PL"/>
        </w:rPr>
        <w:t>III. Kwalifikacje zawodowe istotne dla stanowiska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A40739" w:rsidRPr="00D748F3" w14:paraId="40EC0CDE" w14:textId="77777777">
        <w:trPr>
          <w:jc w:val="center"/>
        </w:trPr>
        <w:tc>
          <w:tcPr>
            <w:tcW w:w="4677" w:type="dxa"/>
            <w:shd w:val="clear" w:color="auto" w:fill="F2F5F8"/>
          </w:tcPr>
          <w:p w14:paraId="71900429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Kwalifikacja / szkolenie / uprawnienie</w:t>
            </w:r>
          </w:p>
        </w:tc>
        <w:tc>
          <w:tcPr>
            <w:tcW w:w="4677" w:type="dxa"/>
            <w:shd w:val="clear" w:color="auto" w:fill="F2F5F8"/>
          </w:tcPr>
          <w:p w14:paraId="3CFC94FA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Dokument potwierdzający / data</w:t>
            </w:r>
          </w:p>
        </w:tc>
      </w:tr>
      <w:tr w:rsidR="00A40739" w:rsidRPr="00D748F3" w14:paraId="273815D1" w14:textId="77777777">
        <w:trPr>
          <w:jc w:val="center"/>
        </w:trPr>
        <w:tc>
          <w:tcPr>
            <w:tcW w:w="4677" w:type="dxa"/>
            <w:vAlign w:val="center"/>
          </w:tcPr>
          <w:p w14:paraId="3AB67684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4677" w:type="dxa"/>
            <w:vAlign w:val="center"/>
          </w:tcPr>
          <w:p w14:paraId="04ED85F1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2DA9AD4C" w14:textId="77777777" w:rsidR="00A40739" w:rsidRPr="00D748F3" w:rsidRDefault="00000000" w:rsidP="0081752C">
      <w:pPr>
        <w:pStyle w:val="Nagwek1"/>
        <w:spacing w:line="360" w:lineRule="auto"/>
        <w:rPr>
          <w:rFonts w:ascii="Times New Roman" w:hAnsi="Times New Roman" w:cs="Times New Roman"/>
          <w:szCs w:val="24"/>
          <w:lang w:val="pl-PL"/>
        </w:rPr>
      </w:pPr>
      <w:r w:rsidRPr="00D748F3">
        <w:rPr>
          <w:rFonts w:ascii="Times New Roman" w:hAnsi="Times New Roman" w:cs="Times New Roman"/>
          <w:szCs w:val="24"/>
          <w:lang w:val="pl-PL"/>
        </w:rPr>
        <w:t>IV. Przebieg dotychczasowego zatrudnienia i okresy zaliczane do stażu pracy</w:t>
      </w:r>
    </w:p>
    <w:p w14:paraId="616A0331" w14:textId="77777777" w:rsidR="00A40739" w:rsidRPr="00D748F3" w:rsidRDefault="00000000" w:rsidP="0081752C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Wskaż okresy niezbędne do udokumentowania co najmniej 3-letniego stażu pracy. Mogą to być także okresy zaliczane do stażu na podstawie przepisów obowiązujących od 2026 r., potwierdzone właściwymi dokumentami. Nie podawaj wynagrodzenia.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A40739" w:rsidRPr="00D748F3" w14:paraId="3B92E663" w14:textId="77777777">
        <w:trPr>
          <w:jc w:val="center"/>
        </w:trPr>
        <w:tc>
          <w:tcPr>
            <w:tcW w:w="2339" w:type="dxa"/>
            <w:shd w:val="clear" w:color="auto" w:fill="F2F5F8"/>
          </w:tcPr>
          <w:p w14:paraId="3B094CB0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Od – do (miesiąc/rok)</w:t>
            </w:r>
          </w:p>
        </w:tc>
        <w:tc>
          <w:tcPr>
            <w:tcW w:w="2339" w:type="dxa"/>
            <w:shd w:val="clear" w:color="auto" w:fill="F2F5F8"/>
          </w:tcPr>
          <w:p w14:paraId="6ECFC644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Pracodawca / rodzaj aktywności</w:t>
            </w:r>
          </w:p>
        </w:tc>
        <w:tc>
          <w:tcPr>
            <w:tcW w:w="2339" w:type="dxa"/>
            <w:shd w:val="clear" w:color="auto" w:fill="F2F5F8"/>
          </w:tcPr>
          <w:p w14:paraId="33F5FFBD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Stanowisko / zakres zadań</w:t>
            </w:r>
          </w:p>
        </w:tc>
        <w:tc>
          <w:tcPr>
            <w:tcW w:w="2339" w:type="dxa"/>
            <w:shd w:val="clear" w:color="auto" w:fill="F2F5F8"/>
          </w:tcPr>
          <w:p w14:paraId="7F60B1D3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Dokument</w:t>
            </w:r>
          </w:p>
        </w:tc>
      </w:tr>
      <w:tr w:rsidR="00A40739" w:rsidRPr="00D748F3" w14:paraId="3B87BD52" w14:textId="77777777">
        <w:trPr>
          <w:jc w:val="center"/>
        </w:trPr>
        <w:tc>
          <w:tcPr>
            <w:tcW w:w="2339" w:type="dxa"/>
            <w:vAlign w:val="center"/>
          </w:tcPr>
          <w:p w14:paraId="0D9D2BD3" w14:textId="40193646" w:rsidR="00A40739" w:rsidRPr="00D748F3" w:rsidRDefault="00A40739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339" w:type="dxa"/>
            <w:vAlign w:val="center"/>
          </w:tcPr>
          <w:p w14:paraId="61A6F88B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2339" w:type="dxa"/>
            <w:vAlign w:val="center"/>
          </w:tcPr>
          <w:p w14:paraId="5D99E3DB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2339" w:type="dxa"/>
            <w:vAlign w:val="center"/>
          </w:tcPr>
          <w:p w14:paraId="73C72FF5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  <w:tr w:rsidR="00A40739" w:rsidRPr="00D748F3" w14:paraId="7982F787" w14:textId="77777777">
        <w:trPr>
          <w:jc w:val="center"/>
        </w:trPr>
        <w:tc>
          <w:tcPr>
            <w:tcW w:w="2339" w:type="dxa"/>
            <w:vAlign w:val="center"/>
          </w:tcPr>
          <w:p w14:paraId="6176BB3E" w14:textId="0AB32082" w:rsidR="00A40739" w:rsidRPr="00D748F3" w:rsidRDefault="00A40739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339" w:type="dxa"/>
            <w:vAlign w:val="center"/>
          </w:tcPr>
          <w:p w14:paraId="22FA2C2A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2339" w:type="dxa"/>
            <w:vAlign w:val="center"/>
          </w:tcPr>
          <w:p w14:paraId="727D1DA6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2339" w:type="dxa"/>
            <w:vAlign w:val="center"/>
          </w:tcPr>
          <w:p w14:paraId="44E753B4" w14:textId="77777777" w:rsidR="00A40739" w:rsidRPr="00D748F3" w:rsidRDefault="00000000" w:rsidP="0081752C">
            <w:pPr>
              <w:spacing w:after="60"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748F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305EFFC3" w14:textId="77777777" w:rsidR="00A40739" w:rsidRPr="00D748F3" w:rsidRDefault="00000000" w:rsidP="0081752C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W razie potrzeby dodatkowe okresy lub kwalifikacje można przedstawić w CV albo na osobnej karcie.</w:t>
      </w:r>
    </w:p>
    <w:p w14:paraId="4786B049" w14:textId="04FBE927" w:rsidR="00A40739" w:rsidRPr="00D748F3" w:rsidRDefault="00000000" w:rsidP="0081752C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................................, dnia ................................ r.</w:t>
      </w:r>
    </w:p>
    <w:p w14:paraId="1525AF32" w14:textId="77777777" w:rsidR="00A40739" w:rsidRPr="00D748F3" w:rsidRDefault="00000000" w:rsidP="0081752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D748F3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D748F3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p w14:paraId="2912F423" w14:textId="4F2C2601" w:rsidR="00A40739" w:rsidRPr="00D748F3" w:rsidRDefault="00A40739" w:rsidP="0081752C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A40739" w:rsidRPr="00D748F3" w:rsidSect="00034616">
      <w:headerReference w:type="default" r:id="rId8"/>
      <w:footerReference w:type="default" r:id="rId9"/>
      <w:pgSz w:w="11906" w:h="16838"/>
      <w:pgMar w:top="1134" w:right="1247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BE59B" w14:textId="77777777" w:rsidR="00C61B02" w:rsidRDefault="00C61B02">
      <w:pPr>
        <w:spacing w:after="0" w:line="240" w:lineRule="auto"/>
      </w:pPr>
      <w:r>
        <w:separator/>
      </w:r>
    </w:p>
  </w:endnote>
  <w:endnote w:type="continuationSeparator" w:id="0">
    <w:p w14:paraId="680467EE" w14:textId="77777777" w:rsidR="00C61B02" w:rsidRDefault="00C6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EE33" w14:textId="76B7A91A" w:rsidR="00A40739" w:rsidRDefault="00A4073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1E20" w14:textId="77777777" w:rsidR="00C61B02" w:rsidRDefault="00C61B02">
      <w:pPr>
        <w:spacing w:after="0" w:line="240" w:lineRule="auto"/>
      </w:pPr>
      <w:r>
        <w:separator/>
      </w:r>
    </w:p>
  </w:footnote>
  <w:footnote w:type="continuationSeparator" w:id="0">
    <w:p w14:paraId="365294C7" w14:textId="77777777" w:rsidR="00C61B02" w:rsidRDefault="00C61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8EAB" w14:textId="78F728E4" w:rsidR="00A40739" w:rsidRDefault="00A4073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77389">
    <w:abstractNumId w:val="8"/>
  </w:num>
  <w:num w:numId="2" w16cid:durableId="297684723">
    <w:abstractNumId w:val="6"/>
  </w:num>
  <w:num w:numId="3" w16cid:durableId="1491215624">
    <w:abstractNumId w:val="5"/>
  </w:num>
  <w:num w:numId="4" w16cid:durableId="1696298621">
    <w:abstractNumId w:val="4"/>
  </w:num>
  <w:num w:numId="5" w16cid:durableId="886453264">
    <w:abstractNumId w:val="7"/>
  </w:num>
  <w:num w:numId="6" w16cid:durableId="2091611505">
    <w:abstractNumId w:val="3"/>
  </w:num>
  <w:num w:numId="7" w16cid:durableId="166869247">
    <w:abstractNumId w:val="2"/>
  </w:num>
  <w:num w:numId="8" w16cid:durableId="1751000113">
    <w:abstractNumId w:val="1"/>
  </w:num>
  <w:num w:numId="9" w16cid:durableId="188740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096"/>
    <w:rsid w:val="0029639D"/>
    <w:rsid w:val="002E201D"/>
    <w:rsid w:val="00326F90"/>
    <w:rsid w:val="0081752C"/>
    <w:rsid w:val="00954462"/>
    <w:rsid w:val="00A03DDC"/>
    <w:rsid w:val="00A40739"/>
    <w:rsid w:val="00AA1D8D"/>
    <w:rsid w:val="00B47730"/>
    <w:rsid w:val="00C61B02"/>
    <w:rsid w:val="00C66AFC"/>
    <w:rsid w:val="00CB0664"/>
    <w:rsid w:val="00D748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3D28B"/>
  <w14:defaultImageDpi w14:val="300"/>
  <w15:docId w15:val="{F777627D-4830-4408-BC26-D8920CEA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ptos" w:hAnsi="Aptos"/>
      <w:color w:val="1D314B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9657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SIDOR</cp:lastModifiedBy>
  <cp:revision>5</cp:revision>
  <dcterms:created xsi:type="dcterms:W3CDTF">2013-12-23T23:15:00Z</dcterms:created>
  <dcterms:modified xsi:type="dcterms:W3CDTF">2026-11-03T11:44:00Z</dcterms:modified>
  <cp:category/>
</cp:coreProperties>
</file>