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AA410" w14:textId="77777777" w:rsidR="003B408B" w:rsidRPr="00B035B0" w:rsidRDefault="003B408B" w:rsidP="007E1DB5">
      <w:pPr>
        <w:pStyle w:val="Tytu"/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C9179CD" w14:textId="2AC4D813" w:rsidR="00A73EBC" w:rsidRPr="00B035B0" w:rsidRDefault="00000000" w:rsidP="0047404D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ZGODA NA PRZETWARZANIE DODATKOWYCH DANYCH OSOBOWYCH</w:t>
      </w:r>
    </w:p>
    <w:p w14:paraId="6098BADA" w14:textId="77777777" w:rsidR="003B408B" w:rsidRPr="00B035B0" w:rsidRDefault="003B408B" w:rsidP="007E1DB5">
      <w:pPr>
        <w:pStyle w:val="Smallnote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64814E2" w14:textId="77777777" w:rsidR="007E1DB5" w:rsidRPr="00B035B0" w:rsidRDefault="00000000" w:rsidP="007E1DB5">
      <w:pPr>
        <w:pStyle w:val="Smallnote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 xml:space="preserve">Dotyczy naboru na stanowisko </w:t>
      </w:r>
    </w:p>
    <w:p w14:paraId="43FA740E" w14:textId="02CC64EA" w:rsidR="00A73EBC" w:rsidRPr="00B035B0" w:rsidRDefault="003B408B" w:rsidP="007E1DB5">
      <w:pPr>
        <w:pStyle w:val="Smallnote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</w:t>
      </w:r>
    </w:p>
    <w:p w14:paraId="1FC877CA" w14:textId="77777777" w:rsidR="003B408B" w:rsidRPr="00B035B0" w:rsidRDefault="003B408B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A431AF8" w14:textId="587F1EAB" w:rsidR="00A73EBC" w:rsidRPr="00B035B0" w:rsidRDefault="00000000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Imię i nazwisko:  ...............................................................................................................</w:t>
      </w:r>
    </w:p>
    <w:p w14:paraId="368620F7" w14:textId="77777777" w:rsidR="0020411C" w:rsidRPr="00B035B0" w:rsidRDefault="0020411C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B020C41" w14:textId="0C410C6B" w:rsidR="003B408B" w:rsidRPr="00B035B0" w:rsidRDefault="0020411C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Wyrażam zgodę na przetwarzanie przez Urząd Miasta i Gminy w Suchedniowie dodatkowych danych osobowych, które dobrowolnie podałam/podałem w dokumentach aplikacyjnych, w celu przeprowadzenia tego naboru</w:t>
      </w:r>
      <w:r w:rsidRPr="00B035B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7831ECA" w14:textId="77777777" w:rsidR="0020411C" w:rsidRPr="00B035B0" w:rsidRDefault="0020411C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4051A3C" w14:textId="77777777" w:rsidR="007E1DB5" w:rsidRPr="00B035B0" w:rsidRDefault="007E1DB5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163AEFB" w14:textId="1F1F25F8" w:rsidR="00A73EBC" w:rsidRPr="00B035B0" w:rsidRDefault="00000000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................................, dnia ................................ r.</w:t>
      </w:r>
    </w:p>
    <w:p w14:paraId="1C54FD26" w14:textId="77777777" w:rsidR="003B408B" w:rsidRPr="00B035B0" w:rsidRDefault="003B408B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83CC141" w14:textId="5E451C21" w:rsidR="00A73EBC" w:rsidRPr="00B035B0" w:rsidRDefault="00000000" w:rsidP="007E1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035B0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B035B0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p w14:paraId="271454C8" w14:textId="6D5F8597" w:rsidR="00A73EBC" w:rsidRPr="00B035B0" w:rsidRDefault="00A73EBC" w:rsidP="007E1DB5">
      <w:pPr>
        <w:pStyle w:val="Smallnote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A73EBC" w:rsidRPr="00B035B0" w:rsidSect="00034616">
      <w:headerReference w:type="default" r:id="rId8"/>
      <w:footerReference w:type="default" r:id="rId9"/>
      <w:pgSz w:w="11906" w:h="16838"/>
      <w:pgMar w:top="1134" w:right="1247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2C9F" w14:textId="77777777" w:rsidR="00845CE5" w:rsidRDefault="00845CE5">
      <w:pPr>
        <w:spacing w:after="0" w:line="240" w:lineRule="auto"/>
      </w:pPr>
      <w:r>
        <w:separator/>
      </w:r>
    </w:p>
  </w:endnote>
  <w:endnote w:type="continuationSeparator" w:id="0">
    <w:p w14:paraId="2789F9B2" w14:textId="77777777" w:rsidR="00845CE5" w:rsidRDefault="0084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8E86" w14:textId="7F739914" w:rsidR="00A73EBC" w:rsidRDefault="00A73EB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EFD4" w14:textId="77777777" w:rsidR="00845CE5" w:rsidRDefault="00845CE5">
      <w:pPr>
        <w:spacing w:after="0" w:line="240" w:lineRule="auto"/>
      </w:pPr>
      <w:r>
        <w:separator/>
      </w:r>
    </w:p>
  </w:footnote>
  <w:footnote w:type="continuationSeparator" w:id="0">
    <w:p w14:paraId="434F17BF" w14:textId="77777777" w:rsidR="00845CE5" w:rsidRDefault="0084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6B82" w14:textId="6B1E7193" w:rsidR="00A73EBC" w:rsidRDefault="00A73EB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691799">
    <w:abstractNumId w:val="8"/>
  </w:num>
  <w:num w:numId="2" w16cid:durableId="1909991946">
    <w:abstractNumId w:val="6"/>
  </w:num>
  <w:num w:numId="3" w16cid:durableId="1500123666">
    <w:abstractNumId w:val="5"/>
  </w:num>
  <w:num w:numId="4" w16cid:durableId="2131318148">
    <w:abstractNumId w:val="4"/>
  </w:num>
  <w:num w:numId="5" w16cid:durableId="335962385">
    <w:abstractNumId w:val="7"/>
  </w:num>
  <w:num w:numId="6" w16cid:durableId="1100684617">
    <w:abstractNumId w:val="3"/>
  </w:num>
  <w:num w:numId="7" w16cid:durableId="337999937">
    <w:abstractNumId w:val="2"/>
  </w:num>
  <w:num w:numId="8" w16cid:durableId="750850707">
    <w:abstractNumId w:val="1"/>
  </w:num>
  <w:num w:numId="9" w16cid:durableId="67018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CED"/>
    <w:rsid w:val="000B1FFD"/>
    <w:rsid w:val="0015074B"/>
    <w:rsid w:val="001C66E8"/>
    <w:rsid w:val="0020411C"/>
    <w:rsid w:val="0029639D"/>
    <w:rsid w:val="00326F90"/>
    <w:rsid w:val="003B408B"/>
    <w:rsid w:val="0047404D"/>
    <w:rsid w:val="007C0C65"/>
    <w:rsid w:val="007E1DB5"/>
    <w:rsid w:val="00845CE5"/>
    <w:rsid w:val="009848AF"/>
    <w:rsid w:val="00A73EBC"/>
    <w:rsid w:val="00AA1D8D"/>
    <w:rsid w:val="00B035B0"/>
    <w:rsid w:val="00B47730"/>
    <w:rsid w:val="00C66AF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4C7A8"/>
  <w14:defaultImageDpi w14:val="300"/>
  <w15:docId w15:val="{DEDFA438-77D1-443C-A7CE-8D3FD5BE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ptos" w:hAnsi="Aptos"/>
      <w:color w:val="1D314B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9657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SIDOR</cp:lastModifiedBy>
  <cp:revision>9</cp:revision>
  <dcterms:created xsi:type="dcterms:W3CDTF">2026-11-03T10:57:00Z</dcterms:created>
  <dcterms:modified xsi:type="dcterms:W3CDTF">2026-11-03T11:41:00Z</dcterms:modified>
  <cp:category/>
</cp:coreProperties>
</file>