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65E8" w14:textId="77777777" w:rsidR="00F176C1" w:rsidRPr="00E315CA" w:rsidRDefault="00000000" w:rsidP="00E315CA">
      <w:pPr>
        <w:pStyle w:val="Tytu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OŚWIADCZENIA KANDYDATA / KANDYDATKI</w:t>
      </w:r>
    </w:p>
    <w:p w14:paraId="1556AF89" w14:textId="77777777" w:rsidR="0060408B" w:rsidRPr="00E315CA" w:rsidRDefault="0060408B" w:rsidP="00E315CA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4D909DD" w14:textId="77777777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Imię i nazwisko:  ...............................................................................................................</w:t>
      </w:r>
    </w:p>
    <w:p w14:paraId="16B42DAE" w14:textId="77777777" w:rsidR="0060408B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W związku z ubieganiem się o zatrudnienie na stanowisku </w:t>
      </w:r>
    </w:p>
    <w:p w14:paraId="355C2419" w14:textId="0044F6E2" w:rsidR="00F176C1" w:rsidRPr="00E315CA" w:rsidRDefault="0060408B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</w:t>
      </w:r>
      <w:r w:rsidR="00E315C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 w Urzędzie Miasta i Gminy w Suchedniowie oświadczam, że:</w:t>
      </w:r>
    </w:p>
    <w:p w14:paraId="2AE1B17E" w14:textId="5B831448" w:rsidR="00F176C1" w:rsidRPr="001E7BD6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1. Posiadam </w:t>
      </w:r>
      <w:r w:rsidRPr="001E7BD6">
        <w:rPr>
          <w:rFonts w:ascii="Times New Roman" w:hAnsi="Times New Roman" w:cs="Times New Roman"/>
          <w:sz w:val="24"/>
          <w:szCs w:val="24"/>
          <w:lang w:val="pl-PL"/>
        </w:rPr>
        <w:t>obywatelstwo polskie</w:t>
      </w:r>
      <w:r w:rsidR="00C6033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F630385" w14:textId="77777777" w:rsidR="00F176C1" w:rsidRPr="001E7BD6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E7BD6">
        <w:rPr>
          <w:rFonts w:ascii="Times New Roman" w:hAnsi="Times New Roman" w:cs="Times New Roman"/>
          <w:sz w:val="24"/>
          <w:szCs w:val="24"/>
          <w:lang w:val="pl-PL"/>
        </w:rPr>
        <w:t>2. Posiadam pełną zdolność do czynności prawnych.</w:t>
      </w:r>
    </w:p>
    <w:p w14:paraId="048AC981" w14:textId="77777777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3. Korzystam z pełni praw publicznych.</w:t>
      </w:r>
    </w:p>
    <w:p w14:paraId="5B611894" w14:textId="1994C842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4. Nie zostałam / nie zostałem prawomocnie skazana / skazany</w:t>
      </w:r>
      <w:r w:rsidR="0060408B" w:rsidRPr="00E315CA">
        <w:rPr>
          <w:rFonts w:ascii="Times New Roman" w:hAnsi="Times New Roman" w:cs="Times New Roman"/>
          <w:sz w:val="24"/>
          <w:szCs w:val="24"/>
          <w:lang w:val="pl-PL"/>
        </w:rPr>
        <w:t>*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 za umyślne przestępstwo ścigane z</w:t>
      </w:r>
      <w:r w:rsidR="0060408B" w:rsidRPr="00E315CA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>oskarżenia publicznego ani za umyślne przestępstwo skarbowe.</w:t>
      </w:r>
    </w:p>
    <w:p w14:paraId="36F8C0E1" w14:textId="77777777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5. Cieszę się nieposzlakowaną opinią.</w:t>
      </w:r>
    </w:p>
    <w:p w14:paraId="6AF0A382" w14:textId="77777777" w:rsidR="0060408B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6. Dane i informacje podane przeze mnie w dokumentach złożonych w tym naborze są zgodne z prawdą.</w:t>
      </w:r>
    </w:p>
    <w:p w14:paraId="56594463" w14:textId="77777777" w:rsidR="0060408B" w:rsidRPr="00E315CA" w:rsidRDefault="0060408B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F851067" w14:textId="2D454AF4" w:rsidR="0060408B" w:rsidRPr="00E315CA" w:rsidRDefault="0060408B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* niepotrzebne skreślić</w:t>
      </w:r>
    </w:p>
    <w:p w14:paraId="7A141EE1" w14:textId="77777777" w:rsidR="0060408B" w:rsidRPr="00E315CA" w:rsidRDefault="0060408B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78C6514" w14:textId="7EAAE2B3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................................, dnia ................................ r.</w:t>
      </w:r>
    </w:p>
    <w:p w14:paraId="01F704D9" w14:textId="77777777" w:rsidR="0060408B" w:rsidRPr="00E315CA" w:rsidRDefault="0060408B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500E743A" w14:textId="70F1A941" w:rsidR="00F176C1" w:rsidRPr="00E315CA" w:rsidRDefault="00000000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br/>
        <w:t>(czytelny podpis kandydata / kandydatki)</w:t>
      </w:r>
    </w:p>
    <w:p w14:paraId="34567065" w14:textId="77777777" w:rsidR="00E315CA" w:rsidRDefault="00E315CA" w:rsidP="00E315CA">
      <w:pPr>
        <w:pStyle w:val="Tytu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36092300" w14:textId="6CCDF5AA" w:rsidR="00F176C1" w:rsidRPr="00E315CA" w:rsidRDefault="00000000" w:rsidP="00E315CA">
      <w:pPr>
        <w:pStyle w:val="Tytu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lastRenderedPageBreak/>
        <w:t>OŚWIADCZENIE O ZGODNOŚCI KOPII DOKUMENTÓW Z ORYGINAŁAMI</w:t>
      </w:r>
    </w:p>
    <w:p w14:paraId="17908AEC" w14:textId="7637FD7E" w:rsidR="00F176C1" w:rsidRPr="00E315CA" w:rsidRDefault="00000000" w:rsidP="00E315CA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Dotyczy naboru na stanowisko </w:t>
      </w:r>
      <w:r w:rsidR="00E315C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…………………………………………………………………………………………………….</w:t>
      </w:r>
    </w:p>
    <w:p w14:paraId="1F2E43FF" w14:textId="77777777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Imię i nazwisko:  ...............................................................................................................</w:t>
      </w:r>
    </w:p>
    <w:p w14:paraId="4CF35352" w14:textId="6B95C227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Oświadczam, że wszystkie kopie dokumentów załączone przeze mnie do oferty w naborze na stanowisko </w:t>
      </w:r>
      <w:r w:rsidR="00E315C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………………………………………………………………………………………..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 w Urzędzie Miasta i Gminy w Suchedniowie są zgodne z posiadanymi przeze mnie oryginałami.</w:t>
      </w:r>
    </w:p>
    <w:p w14:paraId="2DD047C8" w14:textId="77777777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Oświadczenie obejmuje w szczególności kopie dokumentów potwierdzających wykształcenie, kwalifikacje oraz staż pracy, które zostały załączone do mojej oferty.</w:t>
      </w:r>
    </w:p>
    <w:p w14:paraId="7EA893BF" w14:textId="77777777" w:rsidR="00E315CA" w:rsidRDefault="00E315CA" w:rsidP="00E315CA">
      <w:pPr>
        <w:pStyle w:val="Smallnot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A5E9913" w14:textId="6B462FE7" w:rsidR="00F176C1" w:rsidRPr="00E315CA" w:rsidRDefault="00000000" w:rsidP="00E315CA">
      <w:pPr>
        <w:pStyle w:val="Smallnot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Przy składaniu papierowym ogłoszenie wymaga potwierdzenia każdej kopii datą i podpisem. Ten formularz może być dodatkowym potwierdzeniem zbiorczym, lecz nie zastępuje wymogu oznaczenia poszczególnych kopii. Przy składaniu elektronicznym służy potwierdzeniu zgodności załączonych kopii z oryginałami zgodnie z ogłoszeniem.</w:t>
      </w:r>
    </w:p>
    <w:p w14:paraId="385D3C05" w14:textId="77777777" w:rsidR="00E315CA" w:rsidRDefault="00E315CA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0A234A71" w14:textId="2438F6B5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Suchedniów / ................................, dnia ................................ r.</w:t>
      </w:r>
    </w:p>
    <w:p w14:paraId="4DF95374" w14:textId="77777777" w:rsidR="00E315CA" w:rsidRDefault="00E315CA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06EB910B" w14:textId="6BD4637B" w:rsidR="00F176C1" w:rsidRPr="00E315CA" w:rsidRDefault="00000000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br/>
        <w:t>(czytelny podpis kandydata / kandydatki)</w:t>
      </w:r>
    </w:p>
    <w:sectPr w:rsidR="00F176C1" w:rsidRPr="00E315CA" w:rsidSect="00034616">
      <w:headerReference w:type="default" r:id="rId8"/>
      <w:pgSz w:w="11906" w:h="16838"/>
      <w:pgMar w:top="1134" w:right="1247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D56A" w14:textId="77777777" w:rsidR="001B3B2B" w:rsidRDefault="001B3B2B">
      <w:pPr>
        <w:spacing w:after="0" w:line="240" w:lineRule="auto"/>
      </w:pPr>
      <w:r>
        <w:separator/>
      </w:r>
    </w:p>
  </w:endnote>
  <w:endnote w:type="continuationSeparator" w:id="0">
    <w:p w14:paraId="1BC9E3C2" w14:textId="77777777" w:rsidR="001B3B2B" w:rsidRDefault="001B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EF25F" w14:textId="77777777" w:rsidR="001B3B2B" w:rsidRDefault="001B3B2B">
      <w:pPr>
        <w:spacing w:after="0" w:line="240" w:lineRule="auto"/>
      </w:pPr>
      <w:r>
        <w:separator/>
      </w:r>
    </w:p>
  </w:footnote>
  <w:footnote w:type="continuationSeparator" w:id="0">
    <w:p w14:paraId="08C507D9" w14:textId="77777777" w:rsidR="001B3B2B" w:rsidRDefault="001B3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A6ACA" w14:textId="190E0301" w:rsidR="00F176C1" w:rsidRDefault="00F176C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217307">
    <w:abstractNumId w:val="8"/>
  </w:num>
  <w:num w:numId="2" w16cid:durableId="165633747">
    <w:abstractNumId w:val="6"/>
  </w:num>
  <w:num w:numId="3" w16cid:durableId="1903325530">
    <w:abstractNumId w:val="5"/>
  </w:num>
  <w:num w:numId="4" w16cid:durableId="348217228">
    <w:abstractNumId w:val="4"/>
  </w:num>
  <w:num w:numId="5" w16cid:durableId="425151192">
    <w:abstractNumId w:val="7"/>
  </w:num>
  <w:num w:numId="6" w16cid:durableId="1906259875">
    <w:abstractNumId w:val="3"/>
  </w:num>
  <w:num w:numId="7" w16cid:durableId="1540625645">
    <w:abstractNumId w:val="2"/>
  </w:num>
  <w:num w:numId="8" w16cid:durableId="739062307">
    <w:abstractNumId w:val="1"/>
  </w:num>
  <w:num w:numId="9" w16cid:durableId="87562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7E64"/>
    <w:rsid w:val="001B3B2B"/>
    <w:rsid w:val="001E7BD6"/>
    <w:rsid w:val="0029639D"/>
    <w:rsid w:val="00326F90"/>
    <w:rsid w:val="00335A13"/>
    <w:rsid w:val="0060408B"/>
    <w:rsid w:val="007C0C65"/>
    <w:rsid w:val="00864AF0"/>
    <w:rsid w:val="00A464DB"/>
    <w:rsid w:val="00AA1D8D"/>
    <w:rsid w:val="00B20B88"/>
    <w:rsid w:val="00B47730"/>
    <w:rsid w:val="00B555DC"/>
    <w:rsid w:val="00C6033A"/>
    <w:rsid w:val="00C66AFC"/>
    <w:rsid w:val="00CB0664"/>
    <w:rsid w:val="00D95EB4"/>
    <w:rsid w:val="00E315CA"/>
    <w:rsid w:val="00F176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73C48"/>
  <w14:defaultImageDpi w14:val="300"/>
  <w15:docId w15:val="{DEDFA438-77D1-443C-A7CE-8D3FD5BE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Aptos" w:hAnsi="Aptos"/>
      <w:color w:val="1D314B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96576"/>
      <w:sz w:val="17"/>
    </w:rPr>
  </w:style>
  <w:style w:type="paragraph" w:styleId="NormalnyWeb">
    <w:name w:val="Normal (Web)"/>
    <w:basedOn w:val="Normalny"/>
    <w:uiPriority w:val="99"/>
    <w:semiHidden/>
    <w:unhideWhenUsed/>
    <w:rsid w:val="001E7BD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RENATA SIDOR</cp:lastModifiedBy>
  <cp:revision>3</cp:revision>
  <dcterms:created xsi:type="dcterms:W3CDTF">2026-11-03T12:14:00Z</dcterms:created>
  <dcterms:modified xsi:type="dcterms:W3CDTF">2026-11-03T12:17:00Z</dcterms:modified>
  <cp:category/>
</cp:coreProperties>
</file>